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39E99" w14:textId="77777777" w:rsidR="00550AF0" w:rsidRDefault="006916AA" w:rsidP="00550AF0">
      <w:pPr>
        <w:spacing w:after="336"/>
        <w:jc w:val="center"/>
        <w:rPr>
          <w:rFonts w:cs="微软雅黑"/>
          <w:b/>
          <w:color w:val="003C71"/>
          <w:sz w:val="24"/>
          <w:szCs w:val="24"/>
          <w:lang w:eastAsia="zh-CN"/>
        </w:rPr>
      </w:pPr>
      <w:r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中国科学技术大学</w:t>
      </w:r>
      <w:r w:rsidR="00D0445B"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科技商学院、</w:t>
      </w:r>
      <w:r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管理学院</w:t>
      </w:r>
      <w:r w:rsidR="00D0445B"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第2</w:t>
      </w:r>
      <w:r w:rsidR="00D0445B" w:rsidRPr="00550AF0">
        <w:rPr>
          <w:rFonts w:cs="微软雅黑"/>
          <w:b/>
          <w:color w:val="003C71"/>
          <w:sz w:val="24"/>
          <w:szCs w:val="24"/>
          <w:lang w:eastAsia="zh-CN"/>
        </w:rPr>
        <w:t>3</w:t>
      </w:r>
      <w:r w:rsidR="00D0445B"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届</w:t>
      </w:r>
      <w:r w:rsidRPr="00550AF0">
        <w:rPr>
          <w:b/>
          <w:color w:val="003C71"/>
          <w:sz w:val="24"/>
          <w:szCs w:val="24"/>
          <w:lang w:eastAsia="zh-CN"/>
        </w:rPr>
        <w:t>MBA</w:t>
      </w:r>
      <w:r w:rsidR="00D0445B" w:rsidRPr="00550AF0">
        <w:rPr>
          <w:rFonts w:hint="eastAsia"/>
          <w:b/>
          <w:color w:val="003C71"/>
          <w:sz w:val="24"/>
          <w:szCs w:val="24"/>
          <w:lang w:eastAsia="zh-CN"/>
        </w:rPr>
        <w:t>学生</w:t>
      </w:r>
      <w:r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联合会</w:t>
      </w:r>
    </w:p>
    <w:p w14:paraId="12EF1FDC" w14:textId="7AA5EBB2" w:rsidR="00550AF0" w:rsidRPr="00550AF0" w:rsidRDefault="00D0445B" w:rsidP="00550AF0">
      <w:pPr>
        <w:spacing w:after="336"/>
        <w:jc w:val="center"/>
        <w:rPr>
          <w:rFonts w:cs="微软雅黑"/>
          <w:b/>
          <w:color w:val="003C71"/>
          <w:sz w:val="24"/>
          <w:szCs w:val="24"/>
          <w:lang w:eastAsia="zh-CN"/>
        </w:rPr>
      </w:pPr>
      <w:r w:rsidRPr="00550AF0">
        <w:rPr>
          <w:rFonts w:cs="微软雅黑" w:hint="eastAsia"/>
          <w:b/>
          <w:color w:val="003C71"/>
          <w:sz w:val="24"/>
          <w:szCs w:val="24"/>
          <w:lang w:eastAsia="zh-CN"/>
        </w:rPr>
        <w:t>竞选申请表</w:t>
      </w:r>
      <w:bookmarkStart w:id="0" w:name="section-1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392"/>
        <w:gridCol w:w="396"/>
        <w:gridCol w:w="2114"/>
        <w:gridCol w:w="1778"/>
        <w:gridCol w:w="2616"/>
      </w:tblGrid>
      <w:tr w:rsidR="00026B2C" w14:paraId="12701928" w14:textId="77777777" w:rsidTr="00E3788C">
        <w:tc>
          <w:tcPr>
            <w:tcW w:w="8414" w:type="dxa"/>
            <w:gridSpan w:val="5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003C7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BF6AC6" w14:textId="2D695A44" w:rsidR="00026B2C" w:rsidRDefault="006916AA">
            <w:pPr>
              <w:spacing w:before="15" w:after="15" w:line="240" w:lineRule="auto"/>
              <w:jc w:val="center"/>
              <w:rPr>
                <w:lang w:eastAsia="zh-CN"/>
              </w:rPr>
            </w:pPr>
            <w:r w:rsidRPr="00EF14CA">
              <w:rPr>
                <w:rFonts w:hint="eastAsia"/>
                <w:b/>
                <w:color w:val="FFFFFF"/>
                <w:sz w:val="20"/>
                <w:szCs w:val="28"/>
                <w:lang w:eastAsia="zh-CN"/>
              </w:rPr>
              <w:t>申请人基本信息</w:t>
            </w:r>
            <w:r w:rsidR="00D0445B" w:rsidRPr="00EF14CA">
              <w:rPr>
                <w:rFonts w:hint="eastAsia"/>
                <w:b/>
                <w:color w:val="FFFFFF"/>
                <w:sz w:val="20"/>
                <w:szCs w:val="28"/>
                <w:lang w:eastAsia="zh-CN"/>
              </w:rPr>
              <w:t>（如无，可不填）</w:t>
            </w:r>
          </w:p>
        </w:tc>
      </w:tr>
      <w:tr w:rsidR="00E3788C" w14:paraId="0CA0DE92" w14:textId="77777777" w:rsidTr="00E3788C"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181C43B" w14:textId="77777777" w:rsidR="00026B2C" w:rsidRPr="00FD3050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姓名</w:t>
            </w:r>
          </w:p>
        </w:tc>
        <w:tc>
          <w:tcPr>
            <w:tcW w:w="2551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A520E30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1" w:name="姓名_01"/>
            <w:r w:rsidRPr="00FD3050">
              <w:rPr>
                <w:sz w:val="21"/>
                <w:szCs w:val="21"/>
              </w:rPr>
              <w:t> </w:t>
            </w:r>
            <w:bookmarkEnd w:id="1"/>
          </w:p>
        </w:tc>
        <w:tc>
          <w:tcPr>
            <w:tcW w:w="179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8F6F990" w14:textId="77777777" w:rsidR="00026B2C" w:rsidRPr="00FD3050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性别</w:t>
            </w:r>
          </w:p>
        </w:tc>
        <w:tc>
          <w:tcPr>
            <w:tcW w:w="26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5D0F703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r w:rsidRPr="00FD3050">
              <w:rPr>
                <w:sz w:val="21"/>
                <w:szCs w:val="21"/>
              </w:rPr>
              <w:t>□  男　 □  女</w:t>
            </w:r>
          </w:p>
        </w:tc>
      </w:tr>
      <w:tr w:rsidR="00E3788C" w14:paraId="0586D010" w14:textId="77777777" w:rsidTr="00E3788C"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2874E86" w14:textId="77777777" w:rsidR="00026B2C" w:rsidRPr="00FD3050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学号</w:t>
            </w:r>
          </w:p>
        </w:tc>
        <w:tc>
          <w:tcPr>
            <w:tcW w:w="2551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BDC2918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2" w:name="学号_01"/>
            <w:r w:rsidRPr="00FD3050">
              <w:rPr>
                <w:sz w:val="21"/>
                <w:szCs w:val="21"/>
              </w:rPr>
              <w:t> </w:t>
            </w:r>
            <w:bookmarkEnd w:id="2"/>
          </w:p>
        </w:tc>
        <w:tc>
          <w:tcPr>
            <w:tcW w:w="179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8216352" w14:textId="51304CF4" w:rsidR="00026B2C" w:rsidRPr="00E3788C" w:rsidRDefault="00E3788C">
            <w:pPr>
              <w:spacing w:before="15" w:after="15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3788C">
              <w:rPr>
                <w:rFonts w:hint="eastAsia"/>
                <w:b/>
                <w:bCs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26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3EC2651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3" w:name="年级_01"/>
            <w:r w:rsidRPr="00FD3050">
              <w:rPr>
                <w:sz w:val="21"/>
                <w:szCs w:val="21"/>
              </w:rPr>
              <w:t> </w:t>
            </w:r>
            <w:bookmarkEnd w:id="3"/>
          </w:p>
        </w:tc>
      </w:tr>
      <w:tr w:rsidR="00E3788C" w14:paraId="7E34CCF7" w14:textId="77777777" w:rsidTr="00E3788C"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FE8B91A" w14:textId="77777777" w:rsidR="00026B2C" w:rsidRPr="00FD3050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班级</w:t>
            </w:r>
          </w:p>
        </w:tc>
        <w:tc>
          <w:tcPr>
            <w:tcW w:w="2551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E11D244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4" w:name="班级_01"/>
            <w:r w:rsidRPr="00FD3050">
              <w:rPr>
                <w:sz w:val="21"/>
                <w:szCs w:val="21"/>
              </w:rPr>
              <w:t> </w:t>
            </w:r>
            <w:bookmarkEnd w:id="4"/>
          </w:p>
        </w:tc>
        <w:tc>
          <w:tcPr>
            <w:tcW w:w="179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CBC60E8" w14:textId="77777777" w:rsidR="00026B2C" w:rsidRPr="00FD3050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就读项目</w:t>
            </w:r>
          </w:p>
        </w:tc>
        <w:tc>
          <w:tcPr>
            <w:tcW w:w="26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1DE74D4" w14:textId="1C6F810A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r w:rsidRPr="00FD3050">
              <w:rPr>
                <w:sz w:val="21"/>
                <w:szCs w:val="21"/>
              </w:rPr>
              <w:t xml:space="preserve">□  全日制  　 □  非全日制 </w:t>
            </w:r>
          </w:p>
        </w:tc>
      </w:tr>
      <w:tr w:rsidR="00E3788C" w14:paraId="3DA27523" w14:textId="77777777" w:rsidTr="00E3788C"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AA82BEC" w14:textId="77777777" w:rsidR="00026B2C" w:rsidRPr="00FD3050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手机</w:t>
            </w:r>
          </w:p>
        </w:tc>
        <w:tc>
          <w:tcPr>
            <w:tcW w:w="2551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0A9D0E1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5" w:name="手机_01"/>
            <w:r w:rsidRPr="00FD3050">
              <w:rPr>
                <w:sz w:val="21"/>
                <w:szCs w:val="21"/>
              </w:rPr>
              <w:t> </w:t>
            </w:r>
            <w:bookmarkEnd w:id="5"/>
          </w:p>
        </w:tc>
        <w:tc>
          <w:tcPr>
            <w:tcW w:w="179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DBF20E6" w14:textId="3459B294" w:rsidR="00026B2C" w:rsidRPr="00FD3050" w:rsidRDefault="00E3788C" w:rsidP="00E3788C">
            <w:pPr>
              <w:spacing w:before="15" w:after="15" w:line="240" w:lineRule="auto"/>
              <w:ind w:firstLineChars="100" w:firstLine="210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电子邮箱</w:t>
            </w:r>
          </w:p>
        </w:tc>
        <w:tc>
          <w:tcPr>
            <w:tcW w:w="26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85E1D9A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6" w:name="微信_01"/>
            <w:r w:rsidRPr="00FD3050">
              <w:rPr>
                <w:sz w:val="21"/>
                <w:szCs w:val="21"/>
              </w:rPr>
              <w:t> </w:t>
            </w:r>
            <w:bookmarkEnd w:id="6"/>
          </w:p>
        </w:tc>
      </w:tr>
      <w:tr w:rsidR="00E3788C" w14:paraId="48D3C926" w14:textId="77777777" w:rsidTr="00E3788C"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C74918A" w14:textId="19BFB7A6" w:rsidR="00026B2C" w:rsidRPr="00FD3050" w:rsidRDefault="00E3788C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FD3050">
              <w:rPr>
                <w:b/>
                <w:sz w:val="21"/>
                <w:szCs w:val="21"/>
              </w:rPr>
              <w:t>所在城市</w:t>
            </w:r>
          </w:p>
        </w:tc>
        <w:tc>
          <w:tcPr>
            <w:tcW w:w="2551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F001C19" w14:textId="77777777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7" w:name="电子邮箱_01"/>
            <w:r w:rsidRPr="00FD3050">
              <w:rPr>
                <w:sz w:val="21"/>
                <w:szCs w:val="21"/>
              </w:rPr>
              <w:t> </w:t>
            </w:r>
            <w:bookmarkEnd w:id="7"/>
          </w:p>
        </w:tc>
        <w:tc>
          <w:tcPr>
            <w:tcW w:w="179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242B112" w14:textId="35714584" w:rsidR="00026B2C" w:rsidRPr="00FD3050" w:rsidRDefault="00E3788C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公司及</w:t>
            </w:r>
            <w:r w:rsidRPr="00FD3050">
              <w:rPr>
                <w:b/>
                <w:sz w:val="21"/>
                <w:szCs w:val="21"/>
              </w:rPr>
              <w:t>职务</w:t>
            </w:r>
          </w:p>
        </w:tc>
        <w:tc>
          <w:tcPr>
            <w:tcW w:w="26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38FA5AD" w14:textId="65012B7F" w:rsidR="00026B2C" w:rsidRPr="00FD3050" w:rsidRDefault="006916AA">
            <w:pPr>
              <w:spacing w:before="15" w:after="15" w:line="240" w:lineRule="auto"/>
              <w:jc w:val="left"/>
              <w:rPr>
                <w:sz w:val="21"/>
                <w:szCs w:val="21"/>
              </w:rPr>
            </w:pPr>
            <w:bookmarkStart w:id="8" w:name="所在城市_01"/>
            <w:r w:rsidRPr="00FD3050">
              <w:rPr>
                <w:sz w:val="21"/>
                <w:szCs w:val="21"/>
              </w:rPr>
              <w:t> </w:t>
            </w:r>
            <w:bookmarkEnd w:id="8"/>
            <w:r w:rsidR="00E3788C">
              <w:rPr>
                <w:sz w:val="21"/>
                <w:szCs w:val="21"/>
              </w:rPr>
              <w:t>无，可不填</w:t>
            </w:r>
          </w:p>
        </w:tc>
      </w:tr>
      <w:tr w:rsidR="00E3788C" w14:paraId="141DD851" w14:textId="77777777" w:rsidTr="00E3788C"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FD8857A" w14:textId="3E33F8C4" w:rsidR="00026B2C" w:rsidRPr="00FD3050" w:rsidRDefault="00E3788C">
            <w:pPr>
              <w:spacing w:before="15" w:after="15" w:line="240" w:lineRule="auto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b/>
                <w:sz w:val="21"/>
                <w:szCs w:val="21"/>
                <w:lang w:eastAsia="zh-CN"/>
              </w:rPr>
              <w:t>管理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经验</w:t>
            </w:r>
          </w:p>
        </w:tc>
        <w:tc>
          <w:tcPr>
            <w:tcW w:w="2551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C6ABC65" w14:textId="3FCE9F56" w:rsidR="00E3788C" w:rsidRPr="00E3788C" w:rsidRDefault="006916AA" w:rsidP="00E3788C">
            <w:pPr>
              <w:spacing w:before="15" w:after="15" w:line="240" w:lineRule="auto"/>
              <w:jc w:val="left"/>
              <w:rPr>
                <w:rFonts w:hint="eastAsia"/>
                <w:color w:val="A6A6A6" w:themeColor="background1" w:themeShade="A6"/>
                <w:sz w:val="21"/>
                <w:szCs w:val="21"/>
                <w:lang w:eastAsia="zh-CN"/>
              </w:rPr>
            </w:pPr>
            <w:bookmarkStart w:id="9" w:name="现任职务_01"/>
            <w:r w:rsidRPr="00FD3050">
              <w:rPr>
                <w:sz w:val="21"/>
                <w:szCs w:val="21"/>
                <w:lang w:eastAsia="zh-CN"/>
              </w:rPr>
              <w:t> </w:t>
            </w:r>
            <w:bookmarkEnd w:id="9"/>
            <w:r w:rsidR="00E3788C" w:rsidRPr="00EF14CA">
              <w:rPr>
                <w:sz w:val="21"/>
                <w:szCs w:val="21"/>
                <w:lang w:eastAsia="zh-CN"/>
              </w:rPr>
              <w:t xml:space="preserve">□  </w:t>
            </w:r>
            <w:r w:rsidR="00E3788C">
              <w:rPr>
                <w:rFonts w:hint="eastAsia"/>
                <w:sz w:val="21"/>
                <w:szCs w:val="21"/>
                <w:lang w:eastAsia="zh-CN"/>
              </w:rPr>
              <w:t>有</w:t>
            </w:r>
            <w:r w:rsidR="00E3788C" w:rsidRPr="00E3788C">
              <w:rPr>
                <w:color w:val="A6A6A6" w:themeColor="background1" w:themeShade="A6"/>
                <w:sz w:val="16"/>
                <w:szCs w:val="16"/>
                <w:u w:val="single"/>
                <w:lang w:eastAsia="zh-CN"/>
              </w:rPr>
              <w:t>(</w:t>
            </w:r>
            <w:r w:rsidR="00E3788C" w:rsidRPr="00E3788C">
              <w:rPr>
                <w:rFonts w:hint="eastAsia"/>
                <w:color w:val="A6A6A6" w:themeColor="background1" w:themeShade="A6"/>
                <w:sz w:val="16"/>
                <w:szCs w:val="16"/>
                <w:u w:val="single"/>
                <w:lang w:eastAsia="zh-CN"/>
              </w:rPr>
              <w:t>管理年限及团队规模</w:t>
            </w:r>
            <w:r w:rsidR="00E3788C" w:rsidRPr="00E3788C">
              <w:rPr>
                <w:color w:val="A6A6A6" w:themeColor="background1" w:themeShade="A6"/>
                <w:sz w:val="16"/>
                <w:szCs w:val="16"/>
                <w:u w:val="single"/>
                <w:lang w:eastAsia="zh-CN"/>
              </w:rPr>
              <w:t>)</w:t>
            </w:r>
          </w:p>
          <w:p w14:paraId="30858EE2" w14:textId="75CA1B32" w:rsidR="00026B2C" w:rsidRPr="00FD3050" w:rsidRDefault="00E3788C" w:rsidP="00E3788C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 xml:space="preserve"> □  否</w:t>
            </w:r>
          </w:p>
        </w:tc>
        <w:tc>
          <w:tcPr>
            <w:tcW w:w="179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EC74DCB" w14:textId="1BCA6280" w:rsidR="00026B2C" w:rsidRPr="00FD3050" w:rsidRDefault="00E3788C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是否在校内担任其他组织</w:t>
            </w:r>
          </w:p>
        </w:tc>
        <w:tc>
          <w:tcPr>
            <w:tcW w:w="265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1419878" w14:textId="77777777" w:rsidR="00E3788C" w:rsidRDefault="006916AA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bookmarkStart w:id="10" w:name="管理年限_01"/>
            <w:r w:rsidRPr="00FD3050">
              <w:rPr>
                <w:sz w:val="21"/>
                <w:szCs w:val="21"/>
                <w:lang w:eastAsia="zh-CN"/>
              </w:rPr>
              <w:t> </w:t>
            </w:r>
            <w:bookmarkEnd w:id="10"/>
            <w:r w:rsidR="00E3788C" w:rsidRPr="00EF14CA">
              <w:rPr>
                <w:sz w:val="21"/>
                <w:szCs w:val="21"/>
                <w:lang w:eastAsia="zh-CN"/>
              </w:rPr>
              <w:t>□  是</w:t>
            </w:r>
            <w:r w:rsidR="00E3788C" w:rsidRPr="00E3788C">
              <w:rPr>
                <w:rFonts w:hint="eastAsia"/>
                <w:color w:val="A6A6A6" w:themeColor="background1" w:themeShade="A6"/>
                <w:sz w:val="21"/>
                <w:szCs w:val="21"/>
                <w:u w:val="single"/>
                <w:lang w:eastAsia="zh-CN"/>
              </w:rPr>
              <w:t xml:space="preserve"> </w:t>
            </w:r>
            <w:r w:rsidR="00E3788C" w:rsidRPr="00E3788C">
              <w:rPr>
                <w:color w:val="A6A6A6" w:themeColor="background1" w:themeShade="A6"/>
                <w:sz w:val="16"/>
                <w:szCs w:val="16"/>
                <w:u w:val="single"/>
                <w:lang w:eastAsia="zh-CN"/>
              </w:rPr>
              <w:t>(</w:t>
            </w:r>
            <w:r w:rsidR="00E3788C" w:rsidRPr="00E3788C">
              <w:rPr>
                <w:rFonts w:hint="eastAsia"/>
                <w:color w:val="A6A6A6" w:themeColor="background1" w:themeShade="A6"/>
                <w:sz w:val="16"/>
                <w:szCs w:val="16"/>
                <w:u w:val="single"/>
                <w:lang w:eastAsia="zh-CN"/>
              </w:rPr>
              <w:t>班级/组织名称职务</w:t>
            </w:r>
            <w:r w:rsidR="00E3788C" w:rsidRPr="00E3788C">
              <w:rPr>
                <w:color w:val="A6A6A6" w:themeColor="background1" w:themeShade="A6"/>
                <w:sz w:val="16"/>
                <w:szCs w:val="16"/>
                <w:u w:val="single"/>
                <w:lang w:eastAsia="zh-CN"/>
              </w:rPr>
              <w:t>)</w:t>
            </w:r>
            <w:r w:rsidR="00E3788C" w:rsidRPr="00EF14CA">
              <w:rPr>
                <w:sz w:val="21"/>
                <w:szCs w:val="21"/>
                <w:lang w:eastAsia="zh-CN"/>
              </w:rPr>
              <w:t xml:space="preserve">　</w:t>
            </w:r>
          </w:p>
          <w:p w14:paraId="0F00287C" w14:textId="1B2A4FBC" w:rsidR="00026B2C" w:rsidRPr="00FD3050" w:rsidRDefault="00E3788C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 xml:space="preserve"> □  否</w:t>
            </w:r>
          </w:p>
        </w:tc>
      </w:tr>
      <w:tr w:rsidR="00026B2C" w14:paraId="031D934F" w14:textId="77777777" w:rsidTr="00E3788C">
        <w:tc>
          <w:tcPr>
            <w:tcW w:w="8414" w:type="dxa"/>
            <w:gridSpan w:val="5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003C7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2C538B7" w14:textId="77777777" w:rsidR="00026B2C" w:rsidRDefault="006916AA">
            <w:pPr>
              <w:spacing w:before="15" w:after="15" w:line="240" w:lineRule="auto"/>
              <w:jc w:val="center"/>
              <w:rPr>
                <w:lang w:eastAsia="zh-CN"/>
              </w:rPr>
            </w:pPr>
            <w:bookmarkStart w:id="11" w:name="section-2"/>
            <w:bookmarkEnd w:id="11"/>
            <w:r w:rsidRPr="00962923">
              <w:rPr>
                <w:rFonts w:hint="eastAsia"/>
                <w:b/>
                <w:color w:val="FFFFFF"/>
                <w:sz w:val="20"/>
                <w:szCs w:val="28"/>
              </w:rPr>
              <w:t>竞选志愿</w:t>
            </w:r>
          </w:p>
        </w:tc>
      </w:tr>
      <w:tr w:rsidR="00E3788C" w14:paraId="7A356C65" w14:textId="77777777" w:rsidTr="00E3788C">
        <w:tc>
          <w:tcPr>
            <w:tcW w:w="1812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0A8F479" w14:textId="156A3EB7" w:rsidR="00026B2C" w:rsidRPr="00EF14CA" w:rsidRDefault="00041851">
            <w:pPr>
              <w:spacing w:before="15" w:after="15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F14CA">
              <w:rPr>
                <w:rFonts w:hint="eastAsia"/>
                <w:b/>
                <w:bCs/>
                <w:sz w:val="21"/>
                <w:szCs w:val="21"/>
                <w:lang w:eastAsia="zh-CN"/>
              </w:rPr>
              <w:t>主席团</w:t>
            </w:r>
          </w:p>
        </w:tc>
        <w:tc>
          <w:tcPr>
            <w:tcW w:w="6602" w:type="dxa"/>
            <w:gridSpan w:val="3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9C6F39F" w14:textId="115C95E3" w:rsidR="00962923" w:rsidRPr="00EF14CA" w:rsidRDefault="00962923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bookmarkStart w:id="12" w:name="OLE_LINK2"/>
            <w:r w:rsidRPr="00EF14CA">
              <w:rPr>
                <w:sz w:val="21"/>
                <w:szCs w:val="21"/>
                <w:lang w:eastAsia="zh-CN"/>
              </w:rPr>
              <w:t>□   1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、主席（统筹管理）</w:t>
            </w:r>
            <w:r w:rsidRPr="00EF14CA">
              <w:rPr>
                <w:sz w:val="21"/>
                <w:szCs w:val="21"/>
                <w:lang w:eastAsia="zh-CN"/>
              </w:rPr>
              <w:t xml:space="preserve">　 □  2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、</w:t>
            </w:r>
            <w:r w:rsidRPr="00EF14CA">
              <w:rPr>
                <w:sz w:val="21"/>
                <w:szCs w:val="21"/>
                <w:lang w:eastAsia="zh-CN"/>
              </w:rPr>
              <w:t xml:space="preserve">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副主席（赛事与学术方向）</w:t>
            </w:r>
          </w:p>
          <w:p w14:paraId="5E5F6E49" w14:textId="3A8BA1B2" w:rsidR="00962923" w:rsidRPr="00EF14CA" w:rsidRDefault="00962923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>□   3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、副主席（校友、创业与文体方向）</w:t>
            </w:r>
          </w:p>
          <w:p w14:paraId="0CB79756" w14:textId="57A5D95C" w:rsidR="00026B2C" w:rsidRPr="00EF14CA" w:rsidRDefault="00962923" w:rsidP="00962923">
            <w:pPr>
              <w:spacing w:before="15" w:after="15" w:line="240" w:lineRule="auto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>□   4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、副主席（职业与宣传方向）</w:t>
            </w:r>
            <w:r w:rsidR="002F0FD1" w:rsidRPr="00EF14CA">
              <w:rPr>
                <w:sz w:val="21"/>
                <w:szCs w:val="21"/>
                <w:lang w:eastAsia="zh-CN"/>
              </w:rPr>
              <w:t>□</w:t>
            </w:r>
            <w:r w:rsidR="002F0FD1">
              <w:rPr>
                <w:sz w:val="21"/>
                <w:szCs w:val="21"/>
                <w:lang w:eastAsia="zh-CN"/>
              </w:rPr>
              <w:t xml:space="preserve">  5</w:t>
            </w:r>
            <w:r w:rsidR="002F0FD1">
              <w:rPr>
                <w:rFonts w:hint="eastAsia"/>
                <w:sz w:val="21"/>
                <w:szCs w:val="21"/>
                <w:lang w:eastAsia="zh-CN"/>
              </w:rPr>
              <w:t>、苏州上海分部轮值主席</w:t>
            </w:r>
            <w:bookmarkEnd w:id="12"/>
          </w:p>
        </w:tc>
      </w:tr>
      <w:tr w:rsidR="00E3788C" w14:paraId="6A90D5BE" w14:textId="77777777" w:rsidTr="00E3788C">
        <w:tc>
          <w:tcPr>
            <w:tcW w:w="1812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E8C5AB2" w14:textId="080D7C09" w:rsidR="00026B2C" w:rsidRPr="00EF14CA" w:rsidRDefault="00962923" w:rsidP="00962923">
            <w:pPr>
              <w:spacing w:before="15" w:after="15" w:line="240" w:lineRule="auto"/>
              <w:jc w:val="center"/>
              <w:rPr>
                <w:b/>
                <w:bCs/>
                <w:sz w:val="21"/>
                <w:szCs w:val="21"/>
                <w:lang w:eastAsia="zh-CN"/>
              </w:rPr>
            </w:pPr>
            <w:r w:rsidRPr="00EF14CA">
              <w:rPr>
                <w:rFonts w:hint="eastAsia"/>
                <w:b/>
                <w:bCs/>
                <w:sz w:val="21"/>
                <w:szCs w:val="21"/>
                <w:lang w:eastAsia="zh-CN"/>
              </w:rPr>
              <w:t>秘书处</w:t>
            </w:r>
          </w:p>
        </w:tc>
        <w:tc>
          <w:tcPr>
            <w:tcW w:w="6602" w:type="dxa"/>
            <w:gridSpan w:val="3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980502F" w14:textId="4DED6655" w:rsidR="00026B2C" w:rsidRPr="00EF14CA" w:rsidRDefault="00962923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bookmarkStart w:id="13" w:name="第二志愿岗位_01"/>
            <w:r w:rsidRPr="00EF14CA">
              <w:rPr>
                <w:sz w:val="21"/>
                <w:szCs w:val="21"/>
                <w:lang w:eastAsia="zh-CN"/>
              </w:rPr>
              <w:t xml:space="preserve">□  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秘书长（制度和数字化建设）</w:t>
            </w:r>
            <w:r w:rsidR="006916AA" w:rsidRPr="00EF14CA">
              <w:rPr>
                <w:sz w:val="21"/>
                <w:szCs w:val="21"/>
                <w:lang w:eastAsia="zh-CN"/>
              </w:rPr>
              <w:t> </w:t>
            </w:r>
            <w:bookmarkEnd w:id="13"/>
          </w:p>
        </w:tc>
      </w:tr>
      <w:tr w:rsidR="00E3788C" w14:paraId="5CE18559" w14:textId="77777777" w:rsidTr="00E3788C">
        <w:tc>
          <w:tcPr>
            <w:tcW w:w="1812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6413D22" w14:textId="098152A9" w:rsidR="00041851" w:rsidRPr="00EF14CA" w:rsidRDefault="00962923">
            <w:pPr>
              <w:spacing w:before="15" w:after="15" w:line="240" w:lineRule="auto"/>
              <w:jc w:val="center"/>
              <w:rPr>
                <w:sz w:val="21"/>
                <w:szCs w:val="21"/>
                <w:lang w:eastAsia="zh-CN"/>
              </w:rPr>
            </w:pPr>
            <w:r w:rsidRPr="00EF14CA">
              <w:rPr>
                <w:rFonts w:hint="eastAsia"/>
                <w:b/>
                <w:bCs/>
                <w:sz w:val="21"/>
                <w:szCs w:val="21"/>
                <w:lang w:eastAsia="zh-CN"/>
              </w:rPr>
              <w:t>各部门部长</w:t>
            </w:r>
          </w:p>
        </w:tc>
        <w:tc>
          <w:tcPr>
            <w:tcW w:w="6602" w:type="dxa"/>
            <w:gridSpan w:val="3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851F970" w14:textId="49A17FB2" w:rsidR="00962923" w:rsidRPr="00EF14CA" w:rsidRDefault="00962923" w:rsidP="00550AF0">
            <w:pPr>
              <w:spacing w:before="15" w:after="15" w:line="240" w:lineRule="auto"/>
              <w:ind w:leftChars="-17" w:hangingChars="15" w:hanging="31"/>
              <w:jc w:val="left"/>
              <w:rPr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 xml:space="preserve">□  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学习部部长</w:t>
            </w:r>
            <w:r w:rsidR="00550AF0" w:rsidRPr="00EF14CA"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     </w:t>
            </w:r>
            <w:r w:rsidRPr="00EF14CA">
              <w:rPr>
                <w:sz w:val="21"/>
                <w:szCs w:val="21"/>
                <w:lang w:eastAsia="zh-CN"/>
              </w:rPr>
              <w:t xml:space="preserve">　□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 xml:space="preserve">商业赛事部部长 </w:t>
            </w:r>
            <w:r w:rsidRPr="00EF14CA">
              <w:rPr>
                <w:sz w:val="21"/>
                <w:szCs w:val="21"/>
                <w:lang w:eastAsia="zh-CN"/>
              </w:rPr>
              <w:t xml:space="preserve">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 </w:t>
            </w:r>
            <w:r w:rsidRPr="00EF14CA">
              <w:rPr>
                <w:sz w:val="21"/>
                <w:szCs w:val="21"/>
                <w:lang w:eastAsia="zh-CN"/>
              </w:rPr>
              <w:t xml:space="preserve">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  </w:t>
            </w:r>
            <w:r w:rsidRPr="00EF14CA">
              <w:rPr>
                <w:sz w:val="21"/>
                <w:szCs w:val="21"/>
                <w:lang w:eastAsia="zh-CN"/>
              </w:rPr>
              <w:t xml:space="preserve">□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案例赛事部部长</w:t>
            </w:r>
          </w:p>
          <w:p w14:paraId="1BDAEDDE" w14:textId="473496AB" w:rsidR="00962923" w:rsidRPr="00EF14CA" w:rsidRDefault="00962923" w:rsidP="00962923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 xml:space="preserve">□  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 xml:space="preserve">创业赛事部部长 </w:t>
            </w:r>
            <w:r w:rsidRPr="00EF14CA">
              <w:rPr>
                <w:sz w:val="21"/>
                <w:szCs w:val="21"/>
                <w:lang w:eastAsia="zh-CN"/>
              </w:rPr>
              <w:t xml:space="preserve">   □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 xml:space="preserve">校友部部长 </w:t>
            </w:r>
            <w:r w:rsidRPr="00EF14CA">
              <w:rPr>
                <w:sz w:val="21"/>
                <w:szCs w:val="21"/>
                <w:lang w:eastAsia="zh-CN"/>
              </w:rPr>
              <w:t xml:space="preserve">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     </w:t>
            </w:r>
            <w:r w:rsidRPr="00EF14CA">
              <w:rPr>
                <w:sz w:val="21"/>
                <w:szCs w:val="21"/>
                <w:lang w:eastAsia="zh-CN"/>
              </w:rPr>
              <w:t xml:space="preserve"> 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    </w:t>
            </w:r>
            <w:r w:rsidRPr="00EF14CA">
              <w:rPr>
                <w:sz w:val="21"/>
                <w:szCs w:val="21"/>
                <w:lang w:eastAsia="zh-CN"/>
              </w:rPr>
              <w:t xml:space="preserve">□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文艺部部长</w:t>
            </w:r>
          </w:p>
          <w:p w14:paraId="7FD30130" w14:textId="17C1E393" w:rsidR="00041851" w:rsidRPr="00EF14CA" w:rsidRDefault="00962923">
            <w:pPr>
              <w:spacing w:before="15" w:after="15" w:line="240" w:lineRule="auto"/>
              <w:jc w:val="left"/>
              <w:rPr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  <w:lang w:eastAsia="zh-CN"/>
              </w:rPr>
              <w:t xml:space="preserve">□ 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 xml:space="preserve">运动赛事部部长 </w:t>
            </w:r>
            <w:r w:rsidRPr="00EF14CA">
              <w:rPr>
                <w:sz w:val="21"/>
                <w:szCs w:val="21"/>
                <w:lang w:eastAsia="zh-CN"/>
              </w:rPr>
              <w:t xml:space="preserve">   □ 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职业发展部部长</w:t>
            </w:r>
            <w:r w:rsidR="00550AF0" w:rsidRPr="00EF14CA"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 w:rsidRPr="00EF14CA">
              <w:rPr>
                <w:sz w:val="21"/>
                <w:szCs w:val="21"/>
                <w:lang w:eastAsia="zh-CN"/>
              </w:rPr>
              <w:t xml:space="preserve"> </w:t>
            </w:r>
            <w:r w:rsidR="00550AF0" w:rsidRPr="00EF14CA">
              <w:rPr>
                <w:sz w:val="21"/>
                <w:szCs w:val="21"/>
                <w:lang w:eastAsia="zh-CN"/>
              </w:rPr>
              <w:t xml:space="preserve">   </w:t>
            </w:r>
            <w:r w:rsidRPr="00EF14CA">
              <w:rPr>
                <w:sz w:val="21"/>
                <w:szCs w:val="21"/>
                <w:lang w:eastAsia="zh-CN"/>
              </w:rPr>
              <w:t xml:space="preserve">□  </w:t>
            </w:r>
            <w:r w:rsidRPr="00EF14CA">
              <w:rPr>
                <w:rFonts w:hint="eastAsia"/>
                <w:sz w:val="21"/>
                <w:szCs w:val="21"/>
                <w:lang w:eastAsia="zh-CN"/>
              </w:rPr>
              <w:t>宣传部部长</w:t>
            </w:r>
          </w:p>
        </w:tc>
      </w:tr>
      <w:tr w:rsidR="00E3788C" w14:paraId="23347FD2" w14:textId="77777777" w:rsidTr="00E3788C">
        <w:tc>
          <w:tcPr>
            <w:tcW w:w="1812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164BC7A" w14:textId="77777777" w:rsidR="00026B2C" w:rsidRPr="00EF14CA" w:rsidRDefault="006916AA">
            <w:pPr>
              <w:spacing w:before="15" w:after="15" w:line="240" w:lineRule="auto"/>
              <w:jc w:val="center"/>
              <w:rPr>
                <w:sz w:val="21"/>
                <w:szCs w:val="21"/>
              </w:rPr>
            </w:pPr>
            <w:r w:rsidRPr="00EF14CA">
              <w:rPr>
                <w:b/>
                <w:sz w:val="21"/>
                <w:szCs w:val="21"/>
              </w:rPr>
              <w:t>是否接受调剂</w:t>
            </w:r>
          </w:p>
        </w:tc>
        <w:tc>
          <w:tcPr>
            <w:tcW w:w="6602" w:type="dxa"/>
            <w:gridSpan w:val="3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09F8816" w14:textId="788499C0" w:rsidR="00026B2C" w:rsidRPr="00EF14CA" w:rsidRDefault="006916AA">
            <w:pPr>
              <w:spacing w:before="15" w:after="15" w:line="240" w:lineRule="auto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 w:rsidRPr="00EF14CA">
              <w:rPr>
                <w:sz w:val="21"/>
                <w:szCs w:val="21"/>
              </w:rPr>
              <w:t xml:space="preserve">□  是　</w:t>
            </w:r>
            <w:r w:rsidR="009C1A60">
              <w:rPr>
                <w:rFonts w:hint="eastAsia"/>
                <w:sz w:val="21"/>
                <w:szCs w:val="21"/>
                <w:lang w:eastAsia="zh-CN"/>
              </w:rPr>
              <w:t xml:space="preserve"> </w:t>
            </w:r>
            <w:r w:rsidR="009C1A60">
              <w:rPr>
                <w:sz w:val="21"/>
                <w:szCs w:val="21"/>
                <w:lang w:eastAsia="zh-CN"/>
              </w:rPr>
              <w:t xml:space="preserve"> </w:t>
            </w:r>
            <w:r w:rsidR="009C1A60" w:rsidRPr="00EF14CA">
              <w:rPr>
                <w:rFonts w:hint="eastAsia"/>
                <w:sz w:val="21"/>
                <w:szCs w:val="21"/>
                <w:lang w:eastAsia="zh-CN"/>
              </w:rPr>
              <w:t>志愿顺序_</w:t>
            </w:r>
            <w:r w:rsidR="009C1A60" w:rsidRPr="00EF14CA">
              <w:rPr>
                <w:sz w:val="21"/>
                <w:szCs w:val="21"/>
                <w:lang w:eastAsia="zh-CN"/>
              </w:rPr>
              <w:t>____________________</w:t>
            </w:r>
            <w:r w:rsidR="009C1A60">
              <w:rPr>
                <w:sz w:val="21"/>
                <w:szCs w:val="21"/>
                <w:lang w:eastAsia="zh-CN"/>
              </w:rPr>
              <w:t xml:space="preserve">   </w:t>
            </w:r>
            <w:r w:rsidR="009C1A60" w:rsidRPr="00EF14CA">
              <w:rPr>
                <w:sz w:val="21"/>
                <w:szCs w:val="21"/>
              </w:rPr>
              <w:t xml:space="preserve"> □  否</w:t>
            </w:r>
          </w:p>
        </w:tc>
      </w:tr>
    </w:tbl>
    <w:p w14:paraId="3449D08F" w14:textId="27C0F892" w:rsidR="00026B2C" w:rsidRDefault="006916AA" w:rsidP="00EF14CA">
      <w:pPr>
        <w:pBdr>
          <w:left w:val="single" w:sz="18" w:space="0" w:color="1565C0"/>
        </w:pBdr>
        <w:shd w:val="clear" w:color="auto" w:fill="F5F7FA"/>
        <w:spacing w:after="192"/>
        <w:jc w:val="left"/>
        <w:rPr>
          <w:lang w:eastAsia="zh-CN"/>
        </w:rPr>
      </w:pPr>
      <w:r>
        <w:rPr>
          <w:rFonts w:cs="微软雅黑" w:hint="eastAsia"/>
          <w:sz w:val="16"/>
          <w:lang w:eastAsia="zh-CN"/>
        </w:rPr>
        <w:t>  填「是」者视为同意由联合会统筹调整至其他空缺岗位。</w:t>
      </w:r>
      <w:bookmarkStart w:id="14" w:name="section-3"/>
      <w:bookmarkEnd w:id="14"/>
    </w:p>
    <w:tbl>
      <w:tblPr>
        <w:tblW w:w="5000" w:type="pct"/>
        <w:tblLook w:val="04A0" w:firstRow="1" w:lastRow="0" w:firstColumn="1" w:lastColumn="0" w:noHBand="0" w:noVBand="1"/>
      </w:tblPr>
      <w:tblGrid>
        <w:gridCol w:w="8296"/>
      </w:tblGrid>
      <w:tr w:rsidR="00026B2C" w14:paraId="48EF7A97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003C7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ED2D2D9" w14:textId="77777777" w:rsidR="00026B2C" w:rsidRPr="00EF14CA" w:rsidRDefault="006916AA">
            <w:pPr>
              <w:spacing w:before="15" w:after="15" w:line="240" w:lineRule="auto"/>
              <w:jc w:val="center"/>
              <w:rPr>
                <w:sz w:val="20"/>
                <w:szCs w:val="20"/>
              </w:rPr>
            </w:pPr>
            <w:r w:rsidRPr="00EF14CA">
              <w:rPr>
                <w:rFonts w:hint="eastAsia"/>
                <w:b/>
                <w:color w:val="FFFFFF"/>
                <w:sz w:val="20"/>
                <w:szCs w:val="20"/>
              </w:rPr>
              <w:lastRenderedPageBreak/>
              <w:t>在校经历</w:t>
            </w:r>
          </w:p>
        </w:tc>
      </w:tr>
      <w:tr w:rsidR="00026B2C" w14:paraId="52B29529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63ECFB2" w14:textId="77777777" w:rsidR="00026B2C" w:rsidRPr="00962923" w:rsidRDefault="006916AA">
            <w:pPr>
              <w:spacing w:before="14" w:after="14" w:line="240" w:lineRule="auto"/>
              <w:jc w:val="left"/>
              <w:rPr>
                <w:sz w:val="16"/>
                <w:szCs w:val="28"/>
                <w:lang w:eastAsia="zh-CN"/>
              </w:rPr>
            </w:pPr>
            <w:r w:rsidRPr="00962923">
              <w:rPr>
                <w:color w:val="616161"/>
                <w:sz w:val="16"/>
                <w:szCs w:val="28"/>
                <w:lang w:eastAsia="zh-CN"/>
              </w:rPr>
              <w:t>建议填写：担任过的班级或社团职务、组织过的活动、参与过的赛事与项目、获得的荣誉等。分条陈述，不超过  200  字。</w:t>
            </w:r>
          </w:p>
        </w:tc>
      </w:tr>
      <w:tr w:rsidR="00026B2C" w14:paraId="37F4D330" w14:textId="77777777" w:rsidTr="00EF14CA">
        <w:trPr>
          <w:trHeight w:val="1080"/>
        </w:trPr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8113A43" w14:textId="77777777" w:rsidR="00026B2C" w:rsidRDefault="00026B2C">
            <w:pPr>
              <w:spacing w:before="15" w:after="15" w:line="240" w:lineRule="auto"/>
              <w:jc w:val="left"/>
              <w:rPr>
                <w:lang w:eastAsia="zh-CN"/>
              </w:rPr>
            </w:pPr>
          </w:p>
        </w:tc>
      </w:tr>
      <w:tr w:rsidR="00026B2C" w14:paraId="59FDABCE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003C7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6C8A20E" w14:textId="77777777" w:rsidR="00026B2C" w:rsidRDefault="006916AA">
            <w:pPr>
              <w:spacing w:before="15" w:after="15" w:line="240" w:lineRule="auto"/>
              <w:jc w:val="center"/>
            </w:pPr>
            <w:bookmarkStart w:id="15" w:name="section-4"/>
            <w:bookmarkEnd w:id="15"/>
            <w:r w:rsidRPr="00EF14CA">
              <w:rPr>
                <w:rFonts w:hint="eastAsia"/>
                <w:b/>
                <w:color w:val="FFFFFF"/>
                <w:sz w:val="20"/>
                <w:szCs w:val="28"/>
              </w:rPr>
              <w:t>工作经历与个人优势</w:t>
            </w:r>
          </w:p>
        </w:tc>
      </w:tr>
      <w:tr w:rsidR="00026B2C" w14:paraId="7EA59847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3B4EAEE" w14:textId="77777777" w:rsidR="00026B2C" w:rsidRDefault="006916AA">
            <w:pPr>
              <w:spacing w:before="14" w:after="14" w:line="240" w:lineRule="auto"/>
              <w:jc w:val="left"/>
              <w:rPr>
                <w:lang w:eastAsia="zh-CN"/>
              </w:rPr>
            </w:pPr>
            <w:r w:rsidRPr="00EF14CA">
              <w:rPr>
                <w:color w:val="616161"/>
                <w:sz w:val="16"/>
                <w:szCs w:val="28"/>
                <w:lang w:eastAsia="zh-CN"/>
              </w:rPr>
              <w:t>工作经历与业绩 —— 建议填写：任职时间与岗位、带团队规模、主导项目与可量化业绩。分条陈述，不超过  200  字。</w:t>
            </w:r>
          </w:p>
        </w:tc>
      </w:tr>
      <w:tr w:rsidR="00026B2C" w14:paraId="106AFE0A" w14:textId="77777777" w:rsidTr="00EF14CA">
        <w:trPr>
          <w:trHeight w:val="1080"/>
        </w:trPr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1CFEAAF" w14:textId="77777777" w:rsidR="00026B2C" w:rsidRDefault="00026B2C">
            <w:pPr>
              <w:spacing w:before="15" w:after="15" w:line="240" w:lineRule="auto"/>
              <w:jc w:val="left"/>
              <w:rPr>
                <w:lang w:eastAsia="zh-CN"/>
              </w:rPr>
            </w:pPr>
          </w:p>
        </w:tc>
      </w:tr>
      <w:tr w:rsidR="00026B2C" w14:paraId="6EFC9136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3A07D87" w14:textId="408BE9DE" w:rsidR="00026B2C" w:rsidRDefault="006916AA">
            <w:pPr>
              <w:spacing w:before="14" w:after="14" w:line="240" w:lineRule="auto"/>
              <w:jc w:val="left"/>
              <w:rPr>
                <w:lang w:eastAsia="zh-CN"/>
              </w:rPr>
            </w:pPr>
            <w:r w:rsidRPr="00EF14CA">
              <w:rPr>
                <w:color w:val="616161"/>
                <w:sz w:val="16"/>
                <w:szCs w:val="28"/>
                <w:lang w:eastAsia="zh-CN"/>
              </w:rPr>
              <w:t xml:space="preserve">核心优势 —— </w:t>
            </w:r>
            <w:r w:rsidR="00EF14CA" w:rsidRPr="00EF14CA">
              <w:rPr>
                <w:rFonts w:hint="eastAsia"/>
                <w:color w:val="616161"/>
                <w:sz w:val="16"/>
                <w:szCs w:val="28"/>
                <w:lang w:eastAsia="zh-CN"/>
              </w:rPr>
              <w:t>可以从应聘职务</w:t>
            </w:r>
            <w:r w:rsidRPr="00EF14CA">
              <w:rPr>
                <w:color w:val="616161"/>
                <w:sz w:val="16"/>
                <w:szCs w:val="28"/>
                <w:lang w:eastAsia="zh-CN"/>
              </w:rPr>
              <w:t>的能力要求</w:t>
            </w:r>
            <w:r w:rsidR="00EF14CA" w:rsidRPr="00EF14CA">
              <w:rPr>
                <w:rFonts w:hint="eastAsia"/>
                <w:color w:val="616161"/>
                <w:sz w:val="16"/>
                <w:szCs w:val="28"/>
                <w:lang w:eastAsia="zh-CN"/>
              </w:rPr>
              <w:t>方向阐述</w:t>
            </w:r>
            <w:r w:rsidRPr="00EF14CA">
              <w:rPr>
                <w:color w:val="616161"/>
                <w:sz w:val="16"/>
                <w:szCs w:val="28"/>
                <w:lang w:eastAsia="zh-CN"/>
              </w:rPr>
              <w:t>，不超过  100  字。</w:t>
            </w:r>
          </w:p>
        </w:tc>
      </w:tr>
      <w:tr w:rsidR="00026B2C" w14:paraId="5B9AD50E" w14:textId="77777777" w:rsidTr="00EF14CA">
        <w:trPr>
          <w:trHeight w:val="1080"/>
        </w:trPr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A5BB77B" w14:textId="77777777" w:rsidR="00026B2C" w:rsidRDefault="00026B2C">
            <w:pPr>
              <w:spacing w:before="15" w:after="15" w:line="240" w:lineRule="auto"/>
              <w:jc w:val="left"/>
              <w:rPr>
                <w:lang w:eastAsia="zh-CN"/>
              </w:rPr>
            </w:pPr>
          </w:p>
        </w:tc>
      </w:tr>
      <w:tr w:rsidR="00026B2C" w14:paraId="7C270CA9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003C7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008C980" w14:textId="5364C261" w:rsidR="00026B2C" w:rsidRPr="00EF14CA" w:rsidRDefault="006916AA">
            <w:pPr>
              <w:spacing w:before="15" w:after="15" w:line="240" w:lineRule="auto"/>
              <w:jc w:val="center"/>
              <w:rPr>
                <w:sz w:val="20"/>
                <w:szCs w:val="20"/>
              </w:rPr>
            </w:pPr>
            <w:bookmarkStart w:id="16" w:name="section-5"/>
            <w:bookmarkEnd w:id="16"/>
            <w:r w:rsidRPr="00EF14CA">
              <w:rPr>
                <w:rFonts w:hint="eastAsia"/>
                <w:b/>
                <w:color w:val="FFFFFF"/>
                <w:sz w:val="20"/>
                <w:szCs w:val="20"/>
              </w:rPr>
              <w:t>竞选主张</w:t>
            </w:r>
          </w:p>
        </w:tc>
      </w:tr>
      <w:tr w:rsidR="00026B2C" w14:paraId="6BC6883D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11DB572" w14:textId="77777777" w:rsidR="00026B2C" w:rsidRDefault="006916AA">
            <w:pPr>
              <w:spacing w:before="14" w:after="14" w:line="240" w:lineRule="auto"/>
              <w:jc w:val="left"/>
              <w:rPr>
                <w:lang w:eastAsia="zh-CN"/>
              </w:rPr>
            </w:pPr>
            <w:r w:rsidRPr="00EF14CA">
              <w:rPr>
                <w:color w:val="616161"/>
                <w:sz w:val="16"/>
                <w:szCs w:val="28"/>
                <w:lang w:eastAsia="zh-CN"/>
              </w:rPr>
              <w:t>竞选理由 —— 不超过  150  字。</w:t>
            </w:r>
          </w:p>
        </w:tc>
      </w:tr>
      <w:tr w:rsidR="00026B2C" w14:paraId="639316D5" w14:textId="77777777" w:rsidTr="00EF14CA">
        <w:trPr>
          <w:trHeight w:val="1080"/>
        </w:trPr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A658459" w14:textId="77777777" w:rsidR="00026B2C" w:rsidRDefault="00026B2C">
            <w:pPr>
              <w:spacing w:before="15" w:after="15" w:line="240" w:lineRule="auto"/>
              <w:jc w:val="left"/>
              <w:rPr>
                <w:lang w:eastAsia="zh-CN"/>
              </w:rPr>
            </w:pPr>
          </w:p>
        </w:tc>
      </w:tr>
      <w:tr w:rsidR="00026B2C" w14:paraId="51EECEE2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CDFD4AE" w14:textId="77777777" w:rsidR="00026B2C" w:rsidRDefault="006916AA">
            <w:pPr>
              <w:spacing w:before="14" w:after="14" w:line="240" w:lineRule="auto"/>
              <w:jc w:val="left"/>
              <w:rPr>
                <w:lang w:eastAsia="zh-CN"/>
              </w:rPr>
            </w:pPr>
            <w:r w:rsidRPr="00EF14CA">
              <w:rPr>
                <w:color w:val="616161"/>
                <w:sz w:val="16"/>
                <w:szCs w:val="28"/>
                <w:lang w:eastAsia="zh-CN"/>
              </w:rPr>
              <w:t>任期工作目标 —— 不超过  150  字，请写明可衡量的目标。</w:t>
            </w:r>
          </w:p>
        </w:tc>
      </w:tr>
      <w:tr w:rsidR="00026B2C" w14:paraId="3EACCAF0" w14:textId="77777777" w:rsidTr="00EF14CA">
        <w:trPr>
          <w:trHeight w:val="1080"/>
        </w:trPr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1838C5E" w14:textId="77777777" w:rsidR="00026B2C" w:rsidRDefault="00026B2C">
            <w:pPr>
              <w:spacing w:before="15" w:after="15" w:line="240" w:lineRule="auto"/>
              <w:jc w:val="left"/>
              <w:rPr>
                <w:lang w:eastAsia="zh-CN"/>
              </w:rPr>
            </w:pPr>
          </w:p>
        </w:tc>
      </w:tr>
      <w:tr w:rsidR="00026B2C" w14:paraId="3903B50D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7FA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5F23C65" w14:textId="4ABCD714" w:rsidR="00026B2C" w:rsidRDefault="006916AA">
            <w:pPr>
              <w:spacing w:before="14" w:after="14" w:line="240" w:lineRule="auto"/>
              <w:jc w:val="left"/>
              <w:rPr>
                <w:lang w:eastAsia="zh-CN"/>
              </w:rPr>
            </w:pPr>
            <w:r w:rsidRPr="00EF14CA">
              <w:rPr>
                <w:color w:val="616161"/>
                <w:sz w:val="16"/>
                <w:szCs w:val="28"/>
                <w:lang w:eastAsia="zh-CN"/>
              </w:rPr>
              <w:lastRenderedPageBreak/>
              <w:t>具体实施</w:t>
            </w:r>
            <w:r w:rsidR="00EF14CA" w:rsidRPr="00EF14CA">
              <w:rPr>
                <w:rFonts w:hint="eastAsia"/>
                <w:color w:val="616161"/>
                <w:sz w:val="16"/>
                <w:szCs w:val="28"/>
                <w:lang w:eastAsia="zh-CN"/>
              </w:rPr>
              <w:t>计划</w:t>
            </w:r>
            <w:r w:rsidRPr="00EF14CA">
              <w:rPr>
                <w:color w:val="616161"/>
                <w:sz w:val="16"/>
                <w:szCs w:val="28"/>
                <w:lang w:eastAsia="zh-CN"/>
              </w:rPr>
              <w:t xml:space="preserve"> —— 不超过  200  字，建议分阶段。</w:t>
            </w:r>
          </w:p>
        </w:tc>
      </w:tr>
      <w:tr w:rsidR="00026B2C" w14:paraId="2ACDDC16" w14:textId="77777777" w:rsidTr="00EF14CA">
        <w:trPr>
          <w:trHeight w:val="1080"/>
        </w:trPr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E457CB4" w14:textId="77777777" w:rsidR="00026B2C" w:rsidRDefault="00026B2C">
            <w:pPr>
              <w:spacing w:before="15" w:after="15" w:line="240" w:lineRule="auto"/>
              <w:jc w:val="left"/>
              <w:rPr>
                <w:lang w:eastAsia="zh-CN"/>
              </w:rPr>
            </w:pPr>
          </w:p>
        </w:tc>
      </w:tr>
      <w:tr w:rsidR="00026B2C" w14:paraId="47ED5C0B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003C7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D566F02" w14:textId="77777777" w:rsidR="00026B2C" w:rsidRPr="00EF14CA" w:rsidRDefault="006916AA">
            <w:pPr>
              <w:spacing w:before="15" w:after="15" w:line="240" w:lineRule="auto"/>
              <w:jc w:val="center"/>
              <w:rPr>
                <w:sz w:val="20"/>
                <w:szCs w:val="20"/>
              </w:rPr>
            </w:pPr>
            <w:bookmarkStart w:id="17" w:name="section-6"/>
            <w:bookmarkEnd w:id="17"/>
            <w:r w:rsidRPr="00EF14CA">
              <w:rPr>
                <w:rFonts w:hint="eastAsia"/>
                <w:b/>
                <w:color w:val="FFFFFF"/>
                <w:sz w:val="20"/>
                <w:szCs w:val="20"/>
              </w:rPr>
              <w:t>竞选承诺与签字</w:t>
            </w:r>
          </w:p>
        </w:tc>
      </w:tr>
      <w:tr w:rsidR="00026B2C" w14:paraId="2FD9739E" w14:textId="77777777" w:rsidTr="00EF14CA">
        <w:tc>
          <w:tcPr>
            <w:tcW w:w="867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7F0F44D" w14:textId="618B9BB2" w:rsidR="00026B2C" w:rsidRDefault="006916AA">
            <w:pPr>
              <w:spacing w:before="15" w:after="15" w:line="240" w:lineRule="auto"/>
              <w:rPr>
                <w:sz w:val="16"/>
                <w:lang w:eastAsia="zh-CN"/>
              </w:rPr>
            </w:pPr>
            <w:r>
              <w:rPr>
                <w:sz w:val="16"/>
                <w:lang w:eastAsia="zh-CN"/>
              </w:rPr>
              <w:t xml:space="preserve">本人郑重承诺：以上所填信息真实、准确、完整，如有虚假，愿承担相应责任；如当选，将服从联合会章程与 MBA 中心管理，认真履行岗位职责，不因个人原因影响联合会正常工作。 </w:t>
            </w:r>
          </w:p>
          <w:p w14:paraId="43E0F379" w14:textId="77777777" w:rsidR="00EF14CA" w:rsidRDefault="00EF14CA">
            <w:pPr>
              <w:spacing w:before="15" w:after="15" w:line="240" w:lineRule="auto"/>
              <w:rPr>
                <w:lang w:eastAsia="zh-CN"/>
              </w:rPr>
            </w:pPr>
          </w:p>
          <w:p w14:paraId="71D913CC" w14:textId="77777777" w:rsidR="00026B2C" w:rsidRDefault="006916AA" w:rsidP="00EF14CA">
            <w:pPr>
              <w:spacing w:before="15" w:after="15" w:line="240" w:lineRule="auto"/>
              <w:ind w:firstLineChars="2100" w:firstLine="3360"/>
              <w:rPr>
                <w:lang w:eastAsia="zh-CN"/>
              </w:rPr>
            </w:pPr>
            <w:r>
              <w:rPr>
                <w:sz w:val="16"/>
                <w:lang w:eastAsia="zh-CN"/>
              </w:rPr>
              <w:t>申请人签字：＿＿＿＿＿＿＿＿　　日期：＿＿＿＿年＿＿月＿＿日</w:t>
            </w:r>
          </w:p>
        </w:tc>
      </w:tr>
    </w:tbl>
    <w:p w14:paraId="44354DA3" w14:textId="77777777" w:rsidR="00026B2C" w:rsidRDefault="00026B2C">
      <w:pPr>
        <w:rPr>
          <w:lang w:eastAsia="zh-CN"/>
        </w:rPr>
      </w:pPr>
    </w:p>
    <w:sectPr w:rsidR="00026B2C" w:rsidSect="00034616">
      <w:footerReference w:type="default" r:id="rId8"/>
      <w:pgSz w:w="11906" w:h="16838"/>
      <w:pgMar w:top="1440" w:right="1797" w:bottom="1440" w:left="179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CB61" w14:textId="77777777" w:rsidR="005F0D52" w:rsidRDefault="005F0D52">
      <w:pPr>
        <w:spacing w:after="0" w:line="240" w:lineRule="auto"/>
      </w:pPr>
      <w:r>
        <w:separator/>
      </w:r>
    </w:p>
  </w:endnote>
  <w:endnote w:type="continuationSeparator" w:id="0">
    <w:p w14:paraId="531C6E3E" w14:textId="77777777" w:rsidR="005F0D52" w:rsidRDefault="005F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6B8CB" w14:textId="77777777" w:rsidR="00026B2C" w:rsidRDefault="006916AA">
    <w:pPr>
      <w:jc w:val="center"/>
    </w:pPr>
    <w:r>
      <w:rPr>
        <w:rFonts w:ascii="Times New Roman" w:eastAsia="宋体" w:hAnsi="Times New Roman"/>
      </w:rPr>
      <w:fldChar w:fldCharType="begin"/>
    </w:r>
    <w:r>
      <w:rPr>
        <w:rFonts w:ascii="Times New Roman" w:eastAsia="宋体" w:hAnsi="Times New Roman"/>
      </w:rPr>
      <w:instrText xml:space="preserve"> PAGE </w:instrText>
    </w:r>
    <w:r>
      <w:rPr>
        <w:rFonts w:ascii="Times New Roman" w:eastAsia="宋体" w:hAnsi="Times New Roman"/>
      </w:rPr>
      <w:fldChar w:fldCharType="separate"/>
    </w:r>
    <w:r w:rsidR="00D0445B">
      <w:rPr>
        <w:rFonts w:ascii="Times New Roman" w:eastAsia="宋体" w:hAnsi="Times New Roman"/>
        <w:noProof/>
      </w:rPr>
      <w:t>1</w:t>
    </w:r>
    <w:r>
      <w:rPr>
        <w:rFonts w:ascii="Times New Roman" w:eastAsia="宋体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03877" w14:textId="77777777" w:rsidR="005F0D52" w:rsidRDefault="005F0D52">
      <w:pPr>
        <w:spacing w:after="0" w:line="240" w:lineRule="auto"/>
      </w:pPr>
      <w:r>
        <w:separator/>
      </w:r>
    </w:p>
  </w:footnote>
  <w:footnote w:type="continuationSeparator" w:id="0">
    <w:p w14:paraId="766F5189" w14:textId="77777777" w:rsidR="005F0D52" w:rsidRDefault="005F0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B2C"/>
    <w:rsid w:val="00034616"/>
    <w:rsid w:val="00041851"/>
    <w:rsid w:val="0006063C"/>
    <w:rsid w:val="0015074B"/>
    <w:rsid w:val="00284C35"/>
    <w:rsid w:val="0029639D"/>
    <w:rsid w:val="002F0FD1"/>
    <w:rsid w:val="00326F90"/>
    <w:rsid w:val="00550AF0"/>
    <w:rsid w:val="005F0D52"/>
    <w:rsid w:val="006916AA"/>
    <w:rsid w:val="00962923"/>
    <w:rsid w:val="009C1A60"/>
    <w:rsid w:val="00AA1D8D"/>
    <w:rsid w:val="00B47730"/>
    <w:rsid w:val="00CB0664"/>
    <w:rsid w:val="00D0445B"/>
    <w:rsid w:val="00E3788C"/>
    <w:rsid w:val="00EF14CA"/>
    <w:rsid w:val="00FC693F"/>
    <w:rsid w:val="00FD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048D60"/>
  <w14:defaultImageDpi w14:val="300"/>
  <w15:docId w15:val="{F5EBD8D9-4B57-4A36-A723-271F52A4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80" w:line="326" w:lineRule="auto"/>
      <w:jc w:val="both"/>
    </w:pPr>
    <w:rPr>
      <w:rFonts w:ascii="微软雅黑" w:eastAsia="微软雅黑" w:hAnsi="微软雅黑"/>
      <w:color w:val="212121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4</cp:revision>
  <dcterms:created xsi:type="dcterms:W3CDTF">2026-10-10T03:31:00Z</dcterms:created>
  <dcterms:modified xsi:type="dcterms:W3CDTF">2026-10-10T08:43:00Z</dcterms:modified>
  <cp:category/>
</cp:coreProperties>
</file>